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תהליכים דמוגרפיים – איך אוכלוסיות גדלות ומזדקנות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הגורמים המשפיעים על גודל האוכלוסייה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פירמידות גילאים ולהסיק מהן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ריבוי טבעי והגירה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ילודה פחות תמותה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בגלל רפואה, תברואה ותזונה טובה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בטקסט על יפן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בישראל הריבוי הטבעי עדיין 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דמוגרפי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(ילודה פחות תמותה)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(כניסה פחות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(מדינה מתפתחת עם הרבה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(אוכלוסייה מזדקנת)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ילודה ותמותה גבוהות, האוכלוסייה יציבה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התמותה יורדת (רפואה ותברואה), הילודה עדיין גבוהה - האוכלוסייה מתפוצצת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הילודה מתחילה לרדת (השכלה ותכנון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ילודה ותמותה נמוכות, האוכלוסייה מתייצבת ומזדקנת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יכול לציין: רוחב הבסיס (יותר/פחות ילדים), גודל קבוצת הגיל המבוגרת, צורת הפירמידה הכוללת (משולש מול עמוד)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ריבוי טבעי והגירה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 רחב = הרבה ילדים, מדינה מתפתחת; בסיס צר = אוכלוסייה מזדקנת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האוכלוסייה מתפוצצת כי התמותה כבר ירדה אך הילודה עדיין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אמיתיות של פירמידות גילאים (ישראל, יפן, מדינות המפרץ) להמחשה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שלבי המעבר הדמוגרפי בעזרת תרשים על הלוח לפני המטלות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דיון קבוצתי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תהליכים דמוגרפיים – איך אוכלוסיות גדלות ומזדקנות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דמוגרפיה היא מדע שחוקר את האוכלוסייה - איך היא גדלה, קטנה ומזדקנת. בדף זה נתרגל את המושגים המרכזיים וננתח פירמידות גילאים.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מעבר דמוגרפי  ·  תמותה  ·  דמוגרפיה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שני הכוחות שקובעים את גודל האוכלוסייה?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רעידות אדמה וגשמים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ריבוי טבעי והגירה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מלחמות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ריבוי טבעי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ילודה פחות תמותה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הגירה פחות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תמותה פחות 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מדוע התמותה יורדת בשלב הראשון של המעבר הדמוגרפי?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בגלל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בגלל רפואה, תברואה ותזונה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בגלל ירידה בילודה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ביפן האוכלוסייה מתכווצת בגלל מעט ילודה ותוחלת חיים 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בישראל של 2025 הריבוי הטבעי שלילי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פירמידת גילאים מראה התפלגות אוכלוסייה לפי גיל ומין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__________ היא מדע האוכלוסייה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הריבוי הטבעי הוא ילודה פחות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השלב שבו מדינות עוברות מילודה ותמותה גבוהות למועטות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ריבוי טבעי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מדינה מתפתחת עם הרבה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אוכלוסייה מזדקנת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פירמידה עם בסיס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ילודה פחות תמותה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פירמידה צרה בבסיס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כניסה פחות יציאה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התמותה יורדת (רפואה ותברואה), הילודה עדיין גבוהה - האוכלוסייה מתפוצצת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הילודה מתחילה לרדת (השכלה ותכנון משפחה)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ילודה ותמותה נמוכות, האוכלוסייה מתייצבת ומזדקנת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ילודה ותמותה גבוהות, האוכלוסייה יציבה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שתי מדינות (למשל ישראל ויפן) ותארו שלושה הבדלים אפשריים בין פירמידות הגילאים שלהן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שני הכוחות שקובעים את גודל האוכלוסייה?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פירמידה עם בסיס רחב לפירמידה עם בסיס 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תהליכים דמוגרפיים – איך אוכלוסיות גדלות ומזדקנות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