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תהליכים דמוגרפיים – איך אוכלוסיות גדלות ומזדקנות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להכיר את הגורמים המשפיעים על גודל האוכלוסייה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להבין את שלבי המעבר הדמוגרפי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לפרש פירמידות גילאים ולהסיק מהן מסקנות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גרסת עולים חדשים – מילון מילים בראש הדף, משפטים קצרים ושפה פשוטה. אפשר לאפשר מילון אישי ועבודה בזוגות.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הבנה בסיסית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ריבוי טבעי והגירה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א – ילודה פחות תמותה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התמותה יורדת קודם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בגלל רפואה, תברואה ותזונה טובה יותר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בגלל השכלה, עבודת נשים ותכנון משפחה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היא מתפוצצת (גדלה מהר)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נכון או לא נכון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נכון – כך נאמר בטקסט על יפן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לא נכון – בישראל הריבוי הטבעי עדיין חיובי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נכון – זו ההגדרה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בסיס רחב מעיד על הרבה ילדים, כלומר מדינה מתפתחת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כך מוסבר בדוגמה בטקסט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מדינה כזו מזדקנת וצריכה בריאות ופנסיות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דמוגרפיה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תמותה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מעבר דמוגרפי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פירמידת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מתפתחת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מזדקנת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התאמה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(ילודה פחות תמותה)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(כניסה פחות יציאה)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(מדינה מתפתחת עם הרבה ילדים)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(אוכלוסייה מזדקנת)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(הרבה מהגרי עבודה צעירים)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סדר נכון - שלבי המעבר הדמוגרפי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ילודה ותמותה גבוהות, האוכלוסייה יציבה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התמותה יורדת (רפואה ותברואה), הילודה עדיין גבוהה - האוכלוסייה מתפוצצת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הילודה מתחילה לרדת (השכלה ותכנון משפחה)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ילודה ותמותה נמוכות, האוכלוסייה מתייצבת ומזדקנת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חשיבה ויישום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תלמיד יכול לציין: רוחב הבסיס (יותר/פחות ילדים), גודל קבוצת הגיל המבוגרת, צורת הפירמידה הכוללת (משולש מול עמוד)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צורך בהשקעה גדולה בבתי ספר ומורים; בעתיד צורך ביצירת מקומות עבודה רבים לדור הצעיר שיגדל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צורך במערכת בריאות מפותחת לקשישים; עומס כלכלי גדול על מערכת הפנסיות והביטוח הלאומי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ריבוי טבעי והגירה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בסיס רחב = הרבה ילדים, מדינה מתפתחת; בסיס צר = אוכלוסייה מזדקנת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האוכלוסייה מתפוצצת כי התמותה כבר ירדה אך הילודה עדיין גבוהה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להציג דוגמאות אמיתיות של פירמידות גילאים (ישראל, יפן, מדינות המפרץ) להמחשה חזותית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כדאי לתרגל זיהוי שלבי המעבר הדמוגרפי בעזרת תרשים על הלוח לפני המטלות הכתובות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בחלק הפתוח אפשר לעודד דיון קבוצתי לפני כתיבה אישית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🌍 כפר עולמי – גיאוגרפיה לכיתה ז׳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תהליכים דמוגרפיים – איך אוכלוסיות גדלות ומזדקנות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עולים חדשים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נלמד איך אוכלוסיות משתנות - גדלות או קטנות. נלמד מילים חשובות ונקרא תרשימים של גילאים.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📖 מילון קטן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דמוגרפיה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מדע שחוקר את האוכלוסייה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ריבוי טבעי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ילודה פחות תמותה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הגירה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כניסה של אנשים למדינה פחות יציאה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מעבר דמוגרפי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שלב שבו מדינה עוברת ממותה וילודה גבוהות למועטות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פירמידת גילאים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תרשים שמראה התפלגות אוכלוסייה לפי גיל ומין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הזדקנות אוכלוסייה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תהליך שבו חלק הקשישים גדל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תוחלת חיים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השנים הממוצע שאדם צפוי לחיות</w:t>
            </w:r>
          </w:p>
        </w:tc>
      </w:tr>
      <w:tr>
        <w:tc>
          <w:tcPr>
            <w:tcW w:type="dxa" w:w="2551"/>
            <w:shd w:val="clear" w:fill="E6FFFA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תברואה</w:t>
            </w:r>
          </w:p>
        </w:tc>
        <w:tc>
          <w:tcPr>
            <w:tcW w:type="dxa" w:w="731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תנאי היגיינה ובריאות הציבור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הבנה בסיסית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 משנה את גודל האוכלוסייה?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רעידות אדמה וגשמים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ריבוי טבעי והגירה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מלחמות בלבד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מסים וחוקים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 המשמעות של ריבוי טבעי?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ילודה פחות תמותה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הגירה פחות יציאה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תמותה פחות הגירה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ילודה ועוד תמותה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 קורה קודם במעבר הדמוגרפי - ילודה או תמותה?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הילודה יורדת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התמותה יורדת קודם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שניהם יורדים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שניהם עולים יחד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למה פחות אנשים מתים בשלב הזה?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בגלל מלחמות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בגלל רפואה, תברואה ותזונה טובה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בגלל ירידה בילודה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בגלל הגירה החוצה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למה נולדים פחות ילדים בשלב מאוחר יותר?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בגלל מלחמות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בגלל השכלה, עבודת נשים ותכנון משפחה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בגלל רפואה טובה יותר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בגלל הגירה פנימה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 קורה לאוכלוסייה באמצע התהליך?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היא מתכווצת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היא מתפוצצת (גדלה מהר)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היא נשארת יציבה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היא נעלמת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נכון או לא נכון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ביפן האוכלוסייה מתכווצת בגלל מעט ילודה ותוחלת חיים ארוכה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בישראל של 2025 הריבוי הטבעי שלילי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פירמידת גילאים מראה התפלגות אוכלוסייה לפי גיל ומין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בסיס רחב בפירמידת גילאים מעיד על אוכלוסייה מזדקנת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מדינות המפרץ נראות נפוחות באמצע הפירמידה בגלל מהגרי עבודה גברים צעירים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מדינה עם פירמידה צרה בבסיס צריכה להשקיע בעיקר בבתי ספר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__________ היא מדע האוכלוסייה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הריבוי הטבעי הוא ילודה פחות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השלב שבו מדינות עוברות מילודה ותמותה גבוהות למועטות נקרא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התרשים שמראה התפלגות אוכלוסייה לפי גיל ומין נקרא __________ גילאים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בסיס רחב בפירמידת גילאים מעיד על מדינה 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6. פירמידה צרה בבסיס מעיד על אוכלוסייה 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התאמה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ריבוי טבעי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כניסה פחות יציאה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הגירה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הרבה מהגרי עבודה צעירים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פירמידה עם בסיס רחב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אוכלוסייה מזדקנת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פירמידה צרה בבסיס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מדינה מתפתחת עם הרבה ילדים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פירמידה נפוחה באמצע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ילודה פחות תמותה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סדר נכון - שלבי המעבר הדמוגרפי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מספרו את השלבים לפי הסדר הנכון (1, 2, 3...).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ילודה ותמותה נמוכות, האוכלוסייה מתייצבת ומזדקנת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ילודה ותמותה גבוהות, האוכלוסייה יציבה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התמותה יורדת (רפואה ותברואה), הילודה עדיין גבוהה - האוכלוסייה מתפוצצת</w:t>
            </w:r>
          </w:p>
        </w:tc>
      </w:tr>
      <w:tr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8731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הילודה מתחילה לרדת (השכלה ותכנון משפחה)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חשיבה ויישום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שתי מדינות (למשל ישראל ויפן) ותארו שלושה הבדלים אפשריים בין פירמידות הגילאים שלהן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נתון: 40% מהאוכלוסייה במדינה מתחת לגיל 15. כתבו שתי משמעויות אפשריות למדינה (חינוך ותעסוקה עתידית)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נתון: 25% מהאוכלוסייה במדינה מעל גיל 65. כתבו שתי משמעויות אפשריות למדינה (בריאות ופנסיות)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מהם שני הכוחות שקובעים את גודל האוכלוסייה?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ההבדל בין פירמידה עם בסיס רחב לפירמידה עם בסיס צר?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 קורה לאוכלוסייה באמצע המעבר הדמוגרפי ולמה?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תהליכים דמוגרפיים – איך אוכלוסיות גדלות ומזדקנות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