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תהליכים דמוגרפיים – איך אוכלוסיות גדלות ומזדקנות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הגורמים המשפיעים על גודל האוכלוסייה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המעבר הדמוגרפי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לפרש פירמידות גילאים ולהסיק מהן 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ריבוי טבעי והגירה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ילודה פחות תמותה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התמותה יורדת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בגלל רפואה, תברואה ותזונה טובה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בגלל השכלה, עבודת נשים ותכנון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היא מתפוצצת (גדלה מהר)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נאמר בטקסט על יפן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בישראל הריבוי הטבעי עדיין חיובי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בסיס רחב מעיד על הרבה ילדים, כלומר מדינה מתפתחת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מוסבר בדוגמה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מדינה כזו מזדקנת וצריכה בריאות ופנסיות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דמוגרפיה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תמותה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מעבר דמוגרפי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פירמידת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מתפתחת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מזדקנת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(ילודה פחות תמותה)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(כניסה פחות יציאה)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(מדינה מתפתחת עם הרבה ילדים)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(אוכלוסייה מזדקנת)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(הרבה מהגרי עבודה צעירים)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 המעבר הדמוגרפי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ילודה ותמותה גבוהות, האוכלוסייה יציבה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התמותה יורדת (רפואה ותברואה), הילודה עדיין גבוהה - האוכלוסייה מתפוצצת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הילודה מתחילה לרדת (השכלה ותכנון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ילודה ותמותה נמוכות, האוכלוסייה מתייצבת ומזדקנת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יכול לציין: רוחב הבסיס (יותר/פחות ילדים), גודל קבוצת הגיל המבוגרת, צורת הפירמידה הכוללת (משולש מול עמוד)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צורך בהשקעה גדולה בבתי ספר ומורים; בעתיד צורך ביצירת מקומות עבודה רבים לדור הצעיר שיגדל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צורך במערכת בריאות מפותחת לקשישים; עומס כלכלי גדול על מערכת הפנסיות והביטוח הלאומי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ריבוי טבעי והגירה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בסיס רחב = הרבה ילדים, מדינה מתפתחת; בסיס צר = אוכלוסייה מזדקנת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האוכלוסייה מתפוצצת כי התמותה כבר ירדה אך הילודה עדיין גבוהה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דוגמאות אמיתיות של פירמידות גילאים (ישראל, יפן, מדינות המפרץ) להמחשה חזותית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זיהוי שלבי המעבר הדמוגרפי בעזרת תרשים על הלוח לפני המטלות הכתובות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לעודד דיון קבוצתי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תהליכים דמוגרפיים – איך אוכלוסיות גדלות ומזדקנות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דמוגרפיה היא מדע שחוקר את האוכלוסייה - איך היא גדלה, קטנה ומזדקנת. בדף זה נתרגל את המושגים המרכזיים וננתח פירמידות גילאים.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מהם שני הכוחות שקובעים את גודל האוכלוסייה?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רעידות אדמה וגשמים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ריבוי טבעי והגירה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מלחמות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מסים וחוקים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ריבוי טבעי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ילודה פחות תמותה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הגירה פחות יציאה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תמותה פחות הגירה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ילודה ועוד תמותה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בתחילת המעבר הדמוגרפי?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הילודה יורדת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התמותה יורדת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יורדים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עולים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מדוע התמותה יורדת בשלב הראשון של המעבר הדמוגרפי?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בגלל מלחמות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בגלל רפואה, תברואה ותזונה טובה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בגלל ירידה בילודה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בגלל הגירה החוצה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מדוע הילודה יורדת בשלב מאוחר יותר של המעבר הדמוגרפי?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בגלל מלחמות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בגלל השכלה, עבודת נשים ותכנון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בגלל רפואה טובה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בגלל הגירה פנימה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לאוכלוסייה בין שני שלבי המעבר הדמוגרפי?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מתכווצת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מתפוצצת (גדלה מהר)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נשארת יציבה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נעלמת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ביפן האוכלוסייה מתכווצת בגלל מעט ילודה ותוחלת חיים ארוכה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 של 2025 הריבוי הטבעי שלילי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פירמידת גילאים מראה התפלגות אוכלוסייה לפי גיל ומין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בסיס רחב בפירמידת גילאים מעיד על אוכלוסייה מזדקנת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מדינות המפרץ נראות נפוחות באמצע הפירמידה בגלל מהגרי עבודה גברים צעירים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מדינה עם פירמידה צרה בבסיס צריכה להשקיע בעיקר בבתי 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היא מדע האוכלוסייה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הריבוי הטבעי הוא ילודה פחות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השלב שבו מדינות עוברות מילודה ותמותה גבוהות למועטות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התרשים שמראה התפלגות אוכלוסייה לפי גיל ומין נקרא __________ גילאים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בסיס רחב בפירמידת גילאים מעיד על מדינה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פירמידה צרה בבסיס מעיד על אוכלוסייה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ריבוי טבעי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אוכלוסייה מזדקנת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הגירה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הרבה מהגרי עבודה צעירים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פירמידה עם בסיס רחב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ילודה פחות תמותה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פירמידה צרה בבסיס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מדינה מתפתחת עם הרבה ילדים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פירמידה נפוחה באמצע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כניסה פחות יציאה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שלבי המעבר הדמוגרפי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התמותה יורדת (רפואה ותברואה), הילודה עדיין גבוהה - האוכלוסייה מתפוצצת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ילודה ותמותה גבוהות, האוכלוסייה יציבה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ילודה ותמותה נמוכות, האוכלוסייה מתייצבת ומזדקנת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הילודה מתחילה לרדת (השכלה ותכנון משפחה)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שתי מדינות (למשל ישראל ויפן) ותארו שלושה הבדלים אפשריים בין פירמידות הגילאים שלהן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נתון: 40% מהאוכלוסייה במדינה מתחת לגיל 15. כתבו שתי משמעויות אפשריות למדינה (חינוך ותעסוקה עתידית)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נתון: 25% מהאוכלוסייה במדינה מעל גיל 65. כתבו שתי משמעויות אפשריות למדינה (בריאות ופנסיות)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הכוחות שקובעים את גודל האוכלוסייה?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פירמידה עם בסיס רחב לפירמידה עם בסיס 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לאוכלוסייה באמצע המעבר הדמוגרפי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תהליכים דמוגרפיים – איך אוכלוסיות גדלות ומזדקנות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